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Official Letterhead (Template)</w:t>
      </w:r>
    </w:p>
    <w:p>
      <w:r>
        <w:t>Pasang Dorjee Sona</w:t>
        <w:br/>
      </w:r>
      <w:r>
        <w:rPr>
          <w:b/>
        </w:rPr>
        <w:t>Minister — Education &amp; Tourism</w:t>
        <w:br/>
      </w:r>
    </w:p>
    <w:p>
      <w:r>
        <w:t>Government of Arunachal Pradesh</w:t>
        <w:br/>
        <w:t>Itanagar, Arunachal Pradesh, India</w:t>
      </w:r>
    </w:p>
    <w:p>
      <w:r>
        <w:br/>
        <w:t>[Date]</w:t>
        <w:br/>
        <w:br/>
        <w:t>To,</w:t>
        <w:br/>
        <w:t>[Recipient Name]</w:t>
        <w:br/>
        <w:t>[Address]</w:t>
        <w:br/>
        <w:br/>
        <w:t>Subject: [Subject Line]</w:t>
        <w:br/>
        <w:br/>
        <w:t>Dear [Name],</w:t>
        <w:br/>
        <w:br/>
        <w:t>[Body text]</w:t>
        <w:br/>
        <w:br/>
        <w:t>Sincerely,</w:t>
        <w:br/>
        <w:br/>
        <w:t>[Signature]</w:t>
        <w:br/>
        <w:t>Pasang Dorjee Sona</w:t>
      </w:r>
    </w:p>
    <w:p>
      <w:r>
        <w:br/>
        <w:t>(Replace this template with the official letterhead format.)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