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Press Note (Template)</w:t>
      </w:r>
    </w:p>
    <w:p>
      <w:r>
        <w:t>FOR IMMEDIATE RELEASE</w:t>
      </w:r>
    </w:p>
    <w:p>
      <w:r>
        <w:br/>
        <w:t>Headline: [Insert headline]</w:t>
        <w:br/>
      </w:r>
    </w:p>
    <w:p>
      <w:r>
        <w:t>Location: Itanagar | Date: [DD Month YYYY]</w:t>
      </w:r>
    </w:p>
    <w:p>
      <w:r>
        <w:br/>
        <w:t>Summary:</w:t>
        <w:br/>
        <w:t>[2–3 lines summary of the announcement]</w:t>
        <w:br/>
      </w:r>
    </w:p>
    <w:p>
      <w:r>
        <w:t>Details:</w:t>
        <w:br/>
        <w:t>[Key points in short paragraphs or bullets]</w:t>
        <w:br/>
      </w:r>
    </w:p>
    <w:p>
      <w:r>
        <w:t>Quote:</w:t>
        <w:br/>
        <w:t>“[Optional quote from the Minister]”</w:t>
        <w:br/>
      </w:r>
    </w:p>
    <w:p>
      <w:r>
        <w:t>Media Contact:</w:t>
        <w:br/>
        <w:t>Press Email: press@example.gov.in | Office Phone: +91 00000 00000</w:t>
        <w:br/>
      </w:r>
    </w:p>
    <w:p>
      <w:r>
        <w:br/>
        <w:t>###</w:t>
      </w:r>
    </w:p>
    <w:p>
      <w:r>
        <w:t>About:</w:t>
        <w:br/>
        <w:t>[Brief about the department/initiative]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